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3962E" w14:textId="77777777" w:rsidR="003E430B" w:rsidRPr="003E430B" w:rsidRDefault="003E430B" w:rsidP="00264411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3E430B">
        <w:rPr>
          <w:rFonts w:ascii="Bookman Old Style" w:hAnsi="Bookman Old Style"/>
          <w:sz w:val="24"/>
          <w:szCs w:val="24"/>
        </w:rPr>
        <w:t>ARCC Tutoring Services | 763-433-1260</w:t>
      </w:r>
    </w:p>
    <w:p w14:paraId="2C055CFF" w14:textId="77777777" w:rsidR="003E430B" w:rsidRPr="003E430B" w:rsidRDefault="003E430B" w:rsidP="003E430B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3E430B">
        <w:rPr>
          <w:rFonts w:ascii="Bookman Old Style" w:hAnsi="Bookman Old Style"/>
          <w:sz w:val="24"/>
          <w:szCs w:val="24"/>
        </w:rPr>
        <w:t>Rapids: Math Skills Center, Room L-127</w:t>
      </w:r>
    </w:p>
    <w:p w14:paraId="7FD868B9" w14:textId="192E5113" w:rsidR="003E430B" w:rsidRPr="00264411" w:rsidRDefault="003E430B" w:rsidP="00264411">
      <w:pPr>
        <w:spacing w:after="360" w:line="240" w:lineRule="auto"/>
        <w:jc w:val="center"/>
        <w:rPr>
          <w:rFonts w:ascii="Bookman Old Style" w:hAnsi="Bookman Old Style"/>
          <w:sz w:val="24"/>
          <w:szCs w:val="24"/>
        </w:rPr>
      </w:pPr>
      <w:r w:rsidRPr="003E430B">
        <w:rPr>
          <w:rFonts w:ascii="Bookman Old Style" w:hAnsi="Bookman Old Style"/>
          <w:sz w:val="24"/>
          <w:szCs w:val="24"/>
        </w:rPr>
        <w:t>Cambridge: A</w:t>
      </w:r>
      <w:r w:rsidR="00264411">
        <w:rPr>
          <w:rFonts w:ascii="Bookman Old Style" w:hAnsi="Bookman Old Style"/>
          <w:sz w:val="24"/>
          <w:szCs w:val="24"/>
        </w:rPr>
        <w:t>cademic Support Center</w:t>
      </w:r>
      <w:r w:rsidRPr="003E430B">
        <w:rPr>
          <w:rFonts w:ascii="Bookman Old Style" w:hAnsi="Bookman Old Style"/>
          <w:sz w:val="24"/>
          <w:szCs w:val="24"/>
        </w:rPr>
        <w:t>, Room D-208</w:t>
      </w:r>
    </w:p>
    <w:p w14:paraId="7FC8C98C" w14:textId="4D443971" w:rsidR="00B1488B" w:rsidRPr="00264411" w:rsidRDefault="00B1488B" w:rsidP="00264411">
      <w:pPr>
        <w:pStyle w:val="Heading1"/>
        <w:jc w:val="center"/>
        <w:rPr>
          <w:rFonts w:ascii="Bookman Old Style" w:hAnsi="Bookman Old Style"/>
          <w:color w:val="auto"/>
          <w:sz w:val="52"/>
          <w:szCs w:val="52"/>
        </w:rPr>
      </w:pPr>
      <w:r w:rsidRPr="00264411">
        <w:rPr>
          <w:rFonts w:ascii="Bookman Old Style" w:hAnsi="Bookman Old Style"/>
          <w:color w:val="auto"/>
          <w:sz w:val="52"/>
          <w:szCs w:val="52"/>
        </w:rPr>
        <w:t>Multiplication Chart</w:t>
      </w:r>
    </w:p>
    <w:p w14:paraId="62E45A91" w14:textId="0D6CA171" w:rsidR="00B1488B" w:rsidRPr="00264411" w:rsidRDefault="00B1488B" w:rsidP="00264411">
      <w:pPr>
        <w:spacing w:after="480"/>
        <w:jc w:val="center"/>
        <w:rPr>
          <w:rFonts w:ascii="Aptos Narrow" w:hAnsi="Aptos Narrow" w:cs="Arial"/>
          <w:b/>
        </w:rPr>
      </w:pPr>
      <w:r w:rsidRPr="00264411">
        <w:rPr>
          <w:rFonts w:ascii="Bookman Old Style" w:hAnsi="Bookman Old Style" w:cs="Arial"/>
          <w:b/>
        </w:rPr>
        <w:t>Multiplicands 1–15, Products 1–225</w:t>
      </w:r>
    </w:p>
    <w:tbl>
      <w:tblPr>
        <w:tblStyle w:val="TableGrid"/>
        <w:tblW w:w="5009" w:type="pct"/>
        <w:jc w:val="center"/>
        <w:tblLook w:val="0480" w:firstRow="0" w:lastRow="0" w:firstColumn="1" w:lastColumn="0" w:noHBand="0" w:noVBand="1"/>
      </w:tblPr>
      <w:tblGrid>
        <w:gridCol w:w="688"/>
        <w:gridCol w:w="688"/>
        <w:gridCol w:w="688"/>
        <w:gridCol w:w="689"/>
        <w:gridCol w:w="689"/>
        <w:gridCol w:w="689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86"/>
      </w:tblGrid>
      <w:tr w:rsidR="0035173D" w:rsidRPr="00264411" w14:paraId="0BB7087D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204995B5" w14:textId="6B490C94" w:rsidR="0035173D" w:rsidRPr="00264411" w:rsidRDefault="0046671B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Latin Modern Math" w:hAnsi="Latin Modern Math" w:cs="Arial"/>
                    <w:sz w:val="26"/>
                    <w:szCs w:val="26"/>
                  </w:rPr>
                  <m:t>×</m:t>
                </m:r>
              </m:oMath>
            </m:oMathPara>
          </w:p>
        </w:tc>
        <w:tc>
          <w:tcPr>
            <w:tcW w:w="312" w:type="pct"/>
            <w:shd w:val="clear" w:color="auto" w:fill="000000"/>
            <w:vAlign w:val="center"/>
          </w:tcPr>
          <w:p w14:paraId="420101CB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</w:t>
            </w:r>
          </w:p>
        </w:tc>
        <w:tc>
          <w:tcPr>
            <w:tcW w:w="312" w:type="pct"/>
            <w:shd w:val="clear" w:color="auto" w:fill="000000"/>
            <w:vAlign w:val="center"/>
          </w:tcPr>
          <w:p w14:paraId="3BAE95B3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2</w:t>
            </w:r>
          </w:p>
        </w:tc>
        <w:tc>
          <w:tcPr>
            <w:tcW w:w="312" w:type="pct"/>
            <w:shd w:val="clear" w:color="auto" w:fill="000000"/>
            <w:vAlign w:val="center"/>
          </w:tcPr>
          <w:p w14:paraId="33B1BC69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3</w:t>
            </w:r>
          </w:p>
        </w:tc>
        <w:tc>
          <w:tcPr>
            <w:tcW w:w="312" w:type="pct"/>
            <w:shd w:val="clear" w:color="auto" w:fill="000000"/>
            <w:vAlign w:val="center"/>
          </w:tcPr>
          <w:p w14:paraId="4495CD74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4</w:t>
            </w:r>
          </w:p>
        </w:tc>
        <w:tc>
          <w:tcPr>
            <w:tcW w:w="312" w:type="pct"/>
            <w:shd w:val="clear" w:color="auto" w:fill="000000"/>
            <w:vAlign w:val="center"/>
          </w:tcPr>
          <w:p w14:paraId="41F7B5A7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5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5700B1B1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6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50ADADF7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7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31F7AE54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8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05E79EF1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9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21C92F89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10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3E316626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11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08288F4F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12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170E7277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13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2049EB84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14</w:t>
            </w:r>
          </w:p>
        </w:tc>
        <w:tc>
          <w:tcPr>
            <w:tcW w:w="313" w:type="pct"/>
            <w:shd w:val="clear" w:color="auto" w:fill="000000"/>
            <w:vAlign w:val="center"/>
          </w:tcPr>
          <w:p w14:paraId="4EDCE7D7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15</w:t>
            </w:r>
          </w:p>
        </w:tc>
      </w:tr>
      <w:tr w:rsidR="0035173D" w:rsidRPr="00264411" w14:paraId="53E26984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07CD4DAC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</w:t>
            </w:r>
          </w:p>
        </w:tc>
        <w:tc>
          <w:tcPr>
            <w:tcW w:w="312" w:type="pct"/>
            <w:vAlign w:val="center"/>
          </w:tcPr>
          <w:p w14:paraId="6A29840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55BB7B8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147FBD1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38618A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4A6BF3A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A6FA16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790457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4C6880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F5E4B0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F71A32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58E392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C32BF5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1E26AD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629302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528A8D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32EA9F80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2FF6E13E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2</w:t>
            </w:r>
          </w:p>
        </w:tc>
        <w:tc>
          <w:tcPr>
            <w:tcW w:w="312" w:type="pct"/>
            <w:vAlign w:val="center"/>
          </w:tcPr>
          <w:p w14:paraId="2D2BDDC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6E784A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AD94D2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D7140A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CCB54E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F8558A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9A772D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7EE3A7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9469BB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4D067D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A2C6AF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51040A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B8C0B1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6938BA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561C5B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1F3C2056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6DF5B6CE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3</w:t>
            </w:r>
          </w:p>
        </w:tc>
        <w:tc>
          <w:tcPr>
            <w:tcW w:w="312" w:type="pct"/>
            <w:vAlign w:val="center"/>
          </w:tcPr>
          <w:p w14:paraId="0672FDB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47C192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27DD54B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108CE9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9EB7C2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A07E96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C929FA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004F96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9E0D5E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17C12C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FE95E4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6D342B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1B2DCF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5D3C6F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8841C3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1D65D24C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60B1445A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4</w:t>
            </w:r>
          </w:p>
        </w:tc>
        <w:tc>
          <w:tcPr>
            <w:tcW w:w="312" w:type="pct"/>
            <w:vAlign w:val="center"/>
          </w:tcPr>
          <w:p w14:paraId="0B982AF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7B5A37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3E4C121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75F201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75E4E5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7EF7C5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981628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3ACCD5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74EAB0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004AB6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E3133C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09B9E6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D1891E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2A17B6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8089C6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4862FF1F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66417923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5</w:t>
            </w:r>
          </w:p>
        </w:tc>
        <w:tc>
          <w:tcPr>
            <w:tcW w:w="312" w:type="pct"/>
            <w:vAlign w:val="center"/>
          </w:tcPr>
          <w:p w14:paraId="78D1112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78BCC0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191FE24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73838D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42E9B71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B22F57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72F512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D48781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033018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FCECB0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B5062E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5EE0B3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830D64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49A575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0145DE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6D5F0E72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18E21571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6</w:t>
            </w:r>
          </w:p>
        </w:tc>
        <w:tc>
          <w:tcPr>
            <w:tcW w:w="312" w:type="pct"/>
            <w:vAlign w:val="center"/>
          </w:tcPr>
          <w:p w14:paraId="345D46F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9789DC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234943D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4CBC6EA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3ED53C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2B30C9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9F627D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3622A4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7FBFBB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8F3ADB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75BF50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DD5276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55563E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7E735E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C0C427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1F864D88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72BA1A3B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7</w:t>
            </w:r>
          </w:p>
        </w:tc>
        <w:tc>
          <w:tcPr>
            <w:tcW w:w="312" w:type="pct"/>
            <w:vAlign w:val="center"/>
          </w:tcPr>
          <w:p w14:paraId="688D3C2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D495B3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523E206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346E092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C62E38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8C0A11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0F1D05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7D28EB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3B9FF0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178EB9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6F296A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389A71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2DBAF7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0E8269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51DB3C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281047B7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7E592063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8</w:t>
            </w:r>
          </w:p>
        </w:tc>
        <w:tc>
          <w:tcPr>
            <w:tcW w:w="312" w:type="pct"/>
            <w:vAlign w:val="center"/>
          </w:tcPr>
          <w:p w14:paraId="3C3C68D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48E786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18AD52F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4C54C83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B92A55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3DD40D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A0D29F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60E87B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6798C2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00202F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837A46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9ABD16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F8C194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CB39F7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1F9D29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4B152311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139C0A0E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9</w:t>
            </w:r>
          </w:p>
        </w:tc>
        <w:tc>
          <w:tcPr>
            <w:tcW w:w="312" w:type="pct"/>
            <w:vAlign w:val="center"/>
          </w:tcPr>
          <w:p w14:paraId="643A750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31A790D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46D3E8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E04D5D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4A8CDBF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8E08A5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928417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864308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6A54FE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EF6391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6F9E73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C285FC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3F0437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359201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D30255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54F749EA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04EF2051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10</w:t>
            </w:r>
          </w:p>
        </w:tc>
        <w:tc>
          <w:tcPr>
            <w:tcW w:w="312" w:type="pct"/>
            <w:vAlign w:val="center"/>
          </w:tcPr>
          <w:p w14:paraId="64B76E6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C147C3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8EDB59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25C9F3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3654419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965246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8339A5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EB55B5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E7E00F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2F8780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120512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FD6CF2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ED6515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EFBD46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E0FF35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10AFAEF8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2DDB72C5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11</w:t>
            </w:r>
          </w:p>
        </w:tc>
        <w:tc>
          <w:tcPr>
            <w:tcW w:w="312" w:type="pct"/>
            <w:vAlign w:val="center"/>
          </w:tcPr>
          <w:p w14:paraId="56CEC47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5553B4F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7532AC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1C9BBD4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1DB80E4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9078A7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157A93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B03360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53BF05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77F74D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FB17FD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78350E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3C44F8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D2B565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29D1EB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2476D7E4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3ED80FF9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12</w:t>
            </w:r>
          </w:p>
        </w:tc>
        <w:tc>
          <w:tcPr>
            <w:tcW w:w="312" w:type="pct"/>
            <w:vAlign w:val="center"/>
          </w:tcPr>
          <w:p w14:paraId="01E99FE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AA8D9C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3AB6A3B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BB3BC4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94A17D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A80F06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F93E88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84C4A9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1D6BB5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5DD66F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9C52A8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BFDCB2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268250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306294A1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0ECB8B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4A9D8EBA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7E44FB06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13</w:t>
            </w:r>
          </w:p>
        </w:tc>
        <w:tc>
          <w:tcPr>
            <w:tcW w:w="312" w:type="pct"/>
            <w:vAlign w:val="center"/>
          </w:tcPr>
          <w:p w14:paraId="375F140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559064A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1F731EA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1E6BFCC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2FCC5D4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E22DBC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A567EF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350C3F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C7B6B9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5DC7AC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65EA06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73C31D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B4FBA6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CAFB47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BAB6DB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35EC732E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19794FB6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14</w:t>
            </w:r>
          </w:p>
        </w:tc>
        <w:tc>
          <w:tcPr>
            <w:tcW w:w="312" w:type="pct"/>
            <w:vAlign w:val="center"/>
          </w:tcPr>
          <w:p w14:paraId="5DF3C04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B2512E0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852117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4F74BFE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4CF2A0D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3111A1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223CBB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24AE4A8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E32A4DA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7EAEBE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A69E4C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B7B500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4BB232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A40183C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7EE8EE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  <w:tr w:rsidR="0035173D" w:rsidRPr="00264411" w14:paraId="3488C3FB" w14:textId="77777777" w:rsidTr="0046671B">
        <w:trPr>
          <w:trHeight w:hRule="exact" w:val="691"/>
          <w:jc w:val="center"/>
        </w:trPr>
        <w:tc>
          <w:tcPr>
            <w:tcW w:w="312" w:type="pct"/>
            <w:shd w:val="clear" w:color="auto" w:fill="000000"/>
            <w:vAlign w:val="center"/>
          </w:tcPr>
          <w:p w14:paraId="4B0B87F3" w14:textId="77777777" w:rsidR="0035173D" w:rsidRPr="00264411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264411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15</w:t>
            </w:r>
          </w:p>
        </w:tc>
        <w:tc>
          <w:tcPr>
            <w:tcW w:w="312" w:type="pct"/>
            <w:vAlign w:val="center"/>
          </w:tcPr>
          <w:p w14:paraId="146B3FC2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7179BE1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67E05D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0BB2FD9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2" w:type="pct"/>
            <w:vAlign w:val="center"/>
          </w:tcPr>
          <w:p w14:paraId="6CB8818B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7D4EA7F4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D8E429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659D5393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5F9C1B7F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2D7C2F6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2A5F1975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D6058ED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14404827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011CC1A9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  <w:tc>
          <w:tcPr>
            <w:tcW w:w="313" w:type="pct"/>
            <w:vAlign w:val="center"/>
          </w:tcPr>
          <w:p w14:paraId="473E1A6E" w14:textId="77777777" w:rsidR="0035173D" w:rsidRPr="00264411" w:rsidRDefault="0035173D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</w:p>
        </w:tc>
      </w:tr>
    </w:tbl>
    <w:p w14:paraId="7DD34733" w14:textId="77777777" w:rsidR="0035173D" w:rsidRPr="00B1488B" w:rsidRDefault="00907C7C">
      <w:pPr>
        <w:rPr>
          <w:rFonts w:ascii="Aptos Narrow" w:hAnsi="Aptos Narrow" w:cs="Arial"/>
        </w:rPr>
      </w:pPr>
      <w:r w:rsidRPr="00B1488B">
        <w:rPr>
          <w:rFonts w:ascii="Aptos Narrow" w:hAnsi="Aptos Narrow" w:cs="Arial"/>
        </w:rPr>
        <w:br w:type="page"/>
      </w:r>
    </w:p>
    <w:p w14:paraId="4DFE0BC0" w14:textId="7301571C" w:rsidR="003E430B" w:rsidRPr="003E430B" w:rsidRDefault="003E430B" w:rsidP="00BA12B6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3E430B">
        <w:rPr>
          <w:rFonts w:ascii="Bookman Old Style" w:hAnsi="Bookman Old Style"/>
          <w:sz w:val="24"/>
          <w:szCs w:val="24"/>
        </w:rPr>
        <w:lastRenderedPageBreak/>
        <w:t>ARCC Tutoring Services | 763-433-1260</w:t>
      </w:r>
    </w:p>
    <w:p w14:paraId="2615A868" w14:textId="77777777" w:rsidR="003E430B" w:rsidRPr="003E430B" w:rsidRDefault="003E430B" w:rsidP="003E430B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3E430B">
        <w:rPr>
          <w:rFonts w:ascii="Bookman Old Style" w:hAnsi="Bookman Old Style"/>
          <w:sz w:val="24"/>
          <w:szCs w:val="24"/>
        </w:rPr>
        <w:t>Rapids: Math Skills Center, Room L-127</w:t>
      </w:r>
    </w:p>
    <w:p w14:paraId="5562AB47" w14:textId="1C9CF843" w:rsidR="003E430B" w:rsidRPr="003E430B" w:rsidRDefault="003E430B" w:rsidP="00264411">
      <w:pPr>
        <w:spacing w:after="120" w:line="240" w:lineRule="auto"/>
        <w:jc w:val="center"/>
        <w:rPr>
          <w:rFonts w:ascii="Bookman Old Style" w:hAnsi="Bookman Old Style"/>
          <w:sz w:val="24"/>
          <w:szCs w:val="24"/>
        </w:rPr>
      </w:pPr>
      <w:r w:rsidRPr="003E430B">
        <w:rPr>
          <w:rFonts w:ascii="Bookman Old Style" w:hAnsi="Bookman Old Style"/>
          <w:sz w:val="24"/>
          <w:szCs w:val="24"/>
        </w:rPr>
        <w:t>Cambridge: ASC, Room D-208</w:t>
      </w:r>
    </w:p>
    <w:p w14:paraId="04A29B1D" w14:textId="344C6AAD" w:rsidR="00B1488B" w:rsidRPr="00264411" w:rsidRDefault="00B1488B" w:rsidP="00264411">
      <w:pPr>
        <w:pStyle w:val="Heading1"/>
        <w:spacing w:before="360"/>
        <w:jc w:val="center"/>
        <w:rPr>
          <w:rFonts w:ascii="Bookman Old Style" w:hAnsi="Bookman Old Style"/>
          <w:color w:val="auto"/>
          <w:sz w:val="52"/>
          <w:szCs w:val="52"/>
        </w:rPr>
      </w:pPr>
      <w:r w:rsidRPr="00264411">
        <w:rPr>
          <w:rFonts w:ascii="Bookman Old Style" w:hAnsi="Bookman Old Style"/>
          <w:color w:val="auto"/>
          <w:sz w:val="52"/>
          <w:szCs w:val="52"/>
        </w:rPr>
        <w:t>Multiplication Chart Key</w:t>
      </w:r>
    </w:p>
    <w:p w14:paraId="64C34188" w14:textId="0949CB87" w:rsidR="00B1488B" w:rsidRPr="00264411" w:rsidRDefault="00B1488B" w:rsidP="00264411">
      <w:pPr>
        <w:spacing w:after="480"/>
        <w:jc w:val="center"/>
        <w:rPr>
          <w:rFonts w:ascii="Bookman Old Style" w:hAnsi="Bookman Old Style" w:cs="Arial"/>
          <w:b/>
        </w:rPr>
      </w:pPr>
      <w:r w:rsidRPr="00264411">
        <w:rPr>
          <w:rFonts w:ascii="Bookman Old Style" w:hAnsi="Bookman Old Style" w:cs="Arial"/>
          <w:b/>
        </w:rPr>
        <w:t>Multiplicands 1–15, Products 1–225</w:t>
      </w:r>
    </w:p>
    <w:tbl>
      <w:tblPr>
        <w:tblStyle w:val="TableGrid"/>
        <w:tblW w:w="11056" w:type="dxa"/>
        <w:jc w:val="center"/>
        <w:tblLook w:val="0480" w:firstRow="0" w:lastRow="0" w:firstColumn="1" w:lastColumn="0" w:noHBand="0" w:noVBand="1"/>
      </w:tblPr>
      <w:tblGrid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</w:tblGrid>
      <w:tr w:rsidR="0035173D" w:rsidRPr="00BA12B6" w14:paraId="482A00B7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42C9999C" w14:textId="4F58B536" w:rsidR="0035173D" w:rsidRPr="00BA12B6" w:rsidRDefault="0046671B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Latin Modern Math" w:hAnsi="Latin Modern Math" w:cs="Arial"/>
                    <w:sz w:val="26"/>
                    <w:szCs w:val="26"/>
                  </w:rPr>
                  <m:t>×</m:t>
                </m:r>
              </m:oMath>
            </m:oMathPara>
          </w:p>
        </w:tc>
        <w:tc>
          <w:tcPr>
            <w:tcW w:w="691" w:type="dxa"/>
            <w:shd w:val="clear" w:color="auto" w:fill="000000"/>
            <w:vAlign w:val="center"/>
          </w:tcPr>
          <w:p w14:paraId="4B16CF2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451546E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2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5C4E204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3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3C39102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4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742D38C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5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05E8F6C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6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554EFB5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7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520D1F6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8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5C7ABAB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9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6B59C17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10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6D5FDAE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11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115DC6A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12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559BD74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13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569F99D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14</w:t>
            </w:r>
          </w:p>
        </w:tc>
        <w:tc>
          <w:tcPr>
            <w:tcW w:w="691" w:type="dxa"/>
            <w:shd w:val="clear" w:color="auto" w:fill="000000"/>
            <w:vAlign w:val="center"/>
          </w:tcPr>
          <w:p w14:paraId="43DE748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15</w:t>
            </w:r>
          </w:p>
        </w:tc>
      </w:tr>
      <w:tr w:rsidR="0035173D" w:rsidRPr="00BA12B6" w14:paraId="5AC54D5D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0E6A4ED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</w:t>
            </w:r>
          </w:p>
        </w:tc>
        <w:tc>
          <w:tcPr>
            <w:tcW w:w="691" w:type="dxa"/>
            <w:vAlign w:val="center"/>
          </w:tcPr>
          <w:p w14:paraId="1F603AB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</w:t>
            </w:r>
          </w:p>
        </w:tc>
        <w:tc>
          <w:tcPr>
            <w:tcW w:w="691" w:type="dxa"/>
            <w:vAlign w:val="center"/>
          </w:tcPr>
          <w:p w14:paraId="49B974C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</w:t>
            </w:r>
          </w:p>
        </w:tc>
        <w:tc>
          <w:tcPr>
            <w:tcW w:w="691" w:type="dxa"/>
            <w:vAlign w:val="center"/>
          </w:tcPr>
          <w:p w14:paraId="6AC2625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</w:t>
            </w:r>
          </w:p>
        </w:tc>
        <w:tc>
          <w:tcPr>
            <w:tcW w:w="691" w:type="dxa"/>
            <w:vAlign w:val="center"/>
          </w:tcPr>
          <w:p w14:paraId="3E429DB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</w:t>
            </w:r>
          </w:p>
        </w:tc>
        <w:tc>
          <w:tcPr>
            <w:tcW w:w="691" w:type="dxa"/>
            <w:vAlign w:val="center"/>
          </w:tcPr>
          <w:p w14:paraId="1CA9124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</w:t>
            </w:r>
          </w:p>
        </w:tc>
        <w:tc>
          <w:tcPr>
            <w:tcW w:w="691" w:type="dxa"/>
            <w:vAlign w:val="center"/>
          </w:tcPr>
          <w:p w14:paraId="1D2E17D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</w:t>
            </w:r>
          </w:p>
        </w:tc>
        <w:tc>
          <w:tcPr>
            <w:tcW w:w="691" w:type="dxa"/>
            <w:vAlign w:val="center"/>
          </w:tcPr>
          <w:p w14:paraId="0C56415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</w:t>
            </w:r>
          </w:p>
        </w:tc>
        <w:tc>
          <w:tcPr>
            <w:tcW w:w="691" w:type="dxa"/>
            <w:vAlign w:val="center"/>
          </w:tcPr>
          <w:p w14:paraId="641682F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</w:t>
            </w:r>
          </w:p>
        </w:tc>
        <w:tc>
          <w:tcPr>
            <w:tcW w:w="691" w:type="dxa"/>
            <w:vAlign w:val="center"/>
          </w:tcPr>
          <w:p w14:paraId="4EAA68E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</w:t>
            </w:r>
          </w:p>
        </w:tc>
        <w:tc>
          <w:tcPr>
            <w:tcW w:w="691" w:type="dxa"/>
            <w:vAlign w:val="center"/>
          </w:tcPr>
          <w:p w14:paraId="7A879B2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</w:t>
            </w:r>
          </w:p>
        </w:tc>
        <w:tc>
          <w:tcPr>
            <w:tcW w:w="691" w:type="dxa"/>
            <w:vAlign w:val="center"/>
          </w:tcPr>
          <w:p w14:paraId="3F58A95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</w:t>
            </w:r>
          </w:p>
        </w:tc>
        <w:tc>
          <w:tcPr>
            <w:tcW w:w="691" w:type="dxa"/>
            <w:vAlign w:val="center"/>
          </w:tcPr>
          <w:p w14:paraId="476678F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14:paraId="413B018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</w:t>
            </w:r>
          </w:p>
        </w:tc>
        <w:tc>
          <w:tcPr>
            <w:tcW w:w="691" w:type="dxa"/>
            <w:vAlign w:val="center"/>
          </w:tcPr>
          <w:p w14:paraId="0FB59C0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</w:t>
            </w:r>
          </w:p>
        </w:tc>
        <w:tc>
          <w:tcPr>
            <w:tcW w:w="691" w:type="dxa"/>
            <w:vAlign w:val="center"/>
          </w:tcPr>
          <w:p w14:paraId="452FEDD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</w:t>
            </w:r>
          </w:p>
        </w:tc>
      </w:tr>
      <w:tr w:rsidR="0035173D" w:rsidRPr="00BA12B6" w14:paraId="4F0FF5ED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5E35E25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2</w:t>
            </w:r>
          </w:p>
        </w:tc>
        <w:tc>
          <w:tcPr>
            <w:tcW w:w="691" w:type="dxa"/>
            <w:vAlign w:val="center"/>
          </w:tcPr>
          <w:p w14:paraId="54382F1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</w:t>
            </w:r>
          </w:p>
        </w:tc>
        <w:tc>
          <w:tcPr>
            <w:tcW w:w="691" w:type="dxa"/>
            <w:vAlign w:val="center"/>
          </w:tcPr>
          <w:p w14:paraId="0A73744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</w:t>
            </w:r>
          </w:p>
        </w:tc>
        <w:tc>
          <w:tcPr>
            <w:tcW w:w="691" w:type="dxa"/>
            <w:vAlign w:val="center"/>
          </w:tcPr>
          <w:p w14:paraId="0A3F8E8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</w:t>
            </w:r>
          </w:p>
        </w:tc>
        <w:tc>
          <w:tcPr>
            <w:tcW w:w="691" w:type="dxa"/>
            <w:vAlign w:val="center"/>
          </w:tcPr>
          <w:p w14:paraId="434A706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</w:t>
            </w:r>
          </w:p>
        </w:tc>
        <w:tc>
          <w:tcPr>
            <w:tcW w:w="691" w:type="dxa"/>
            <w:vAlign w:val="center"/>
          </w:tcPr>
          <w:p w14:paraId="19C7308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</w:t>
            </w:r>
          </w:p>
        </w:tc>
        <w:tc>
          <w:tcPr>
            <w:tcW w:w="691" w:type="dxa"/>
            <w:vAlign w:val="center"/>
          </w:tcPr>
          <w:p w14:paraId="099E8B3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14:paraId="224F3F0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</w:t>
            </w:r>
          </w:p>
        </w:tc>
        <w:tc>
          <w:tcPr>
            <w:tcW w:w="691" w:type="dxa"/>
            <w:vAlign w:val="center"/>
          </w:tcPr>
          <w:p w14:paraId="5530DF8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</w:t>
            </w:r>
          </w:p>
        </w:tc>
        <w:tc>
          <w:tcPr>
            <w:tcW w:w="691" w:type="dxa"/>
            <w:vAlign w:val="center"/>
          </w:tcPr>
          <w:p w14:paraId="4EFC39E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</w:t>
            </w:r>
          </w:p>
        </w:tc>
        <w:tc>
          <w:tcPr>
            <w:tcW w:w="691" w:type="dxa"/>
            <w:vAlign w:val="center"/>
          </w:tcPr>
          <w:p w14:paraId="3D46100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20</w:t>
            </w:r>
          </w:p>
        </w:tc>
        <w:tc>
          <w:tcPr>
            <w:tcW w:w="691" w:type="dxa"/>
            <w:vAlign w:val="center"/>
          </w:tcPr>
          <w:p w14:paraId="43E2F1AE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22</w:t>
            </w:r>
          </w:p>
        </w:tc>
        <w:tc>
          <w:tcPr>
            <w:tcW w:w="691" w:type="dxa"/>
            <w:vAlign w:val="center"/>
          </w:tcPr>
          <w:p w14:paraId="745E7F1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24</w:t>
            </w:r>
          </w:p>
        </w:tc>
        <w:tc>
          <w:tcPr>
            <w:tcW w:w="691" w:type="dxa"/>
            <w:vAlign w:val="center"/>
          </w:tcPr>
          <w:p w14:paraId="683DADB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26</w:t>
            </w:r>
          </w:p>
        </w:tc>
        <w:tc>
          <w:tcPr>
            <w:tcW w:w="691" w:type="dxa"/>
            <w:vAlign w:val="center"/>
          </w:tcPr>
          <w:p w14:paraId="213EB0D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28</w:t>
            </w:r>
          </w:p>
        </w:tc>
        <w:tc>
          <w:tcPr>
            <w:tcW w:w="691" w:type="dxa"/>
            <w:vAlign w:val="center"/>
          </w:tcPr>
          <w:p w14:paraId="7D12A34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30</w:t>
            </w:r>
          </w:p>
        </w:tc>
      </w:tr>
      <w:tr w:rsidR="0035173D" w:rsidRPr="00BA12B6" w14:paraId="6F1419A5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325A520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3</w:t>
            </w:r>
          </w:p>
        </w:tc>
        <w:tc>
          <w:tcPr>
            <w:tcW w:w="691" w:type="dxa"/>
            <w:vAlign w:val="center"/>
          </w:tcPr>
          <w:p w14:paraId="4E0A851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</w:t>
            </w:r>
          </w:p>
        </w:tc>
        <w:tc>
          <w:tcPr>
            <w:tcW w:w="691" w:type="dxa"/>
            <w:vAlign w:val="center"/>
          </w:tcPr>
          <w:p w14:paraId="04A1221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</w:t>
            </w:r>
          </w:p>
        </w:tc>
        <w:tc>
          <w:tcPr>
            <w:tcW w:w="691" w:type="dxa"/>
            <w:vAlign w:val="center"/>
          </w:tcPr>
          <w:p w14:paraId="34A6B36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</w:t>
            </w:r>
          </w:p>
        </w:tc>
        <w:tc>
          <w:tcPr>
            <w:tcW w:w="691" w:type="dxa"/>
            <w:vAlign w:val="center"/>
          </w:tcPr>
          <w:p w14:paraId="7A3DAD2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14:paraId="2B29254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</w:t>
            </w:r>
          </w:p>
        </w:tc>
        <w:tc>
          <w:tcPr>
            <w:tcW w:w="691" w:type="dxa"/>
            <w:vAlign w:val="center"/>
          </w:tcPr>
          <w:p w14:paraId="6488334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</w:t>
            </w:r>
          </w:p>
        </w:tc>
        <w:tc>
          <w:tcPr>
            <w:tcW w:w="691" w:type="dxa"/>
            <w:vAlign w:val="center"/>
          </w:tcPr>
          <w:p w14:paraId="5823980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21</w:t>
            </w:r>
          </w:p>
        </w:tc>
        <w:tc>
          <w:tcPr>
            <w:tcW w:w="691" w:type="dxa"/>
            <w:vAlign w:val="center"/>
          </w:tcPr>
          <w:p w14:paraId="688D67E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24</w:t>
            </w:r>
          </w:p>
        </w:tc>
        <w:tc>
          <w:tcPr>
            <w:tcW w:w="691" w:type="dxa"/>
            <w:vAlign w:val="center"/>
          </w:tcPr>
          <w:p w14:paraId="13D86E8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27</w:t>
            </w:r>
          </w:p>
        </w:tc>
        <w:tc>
          <w:tcPr>
            <w:tcW w:w="691" w:type="dxa"/>
            <w:vAlign w:val="center"/>
          </w:tcPr>
          <w:p w14:paraId="7113ECF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30</w:t>
            </w:r>
          </w:p>
        </w:tc>
        <w:tc>
          <w:tcPr>
            <w:tcW w:w="691" w:type="dxa"/>
            <w:vAlign w:val="center"/>
          </w:tcPr>
          <w:p w14:paraId="24763F4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33</w:t>
            </w:r>
          </w:p>
        </w:tc>
        <w:tc>
          <w:tcPr>
            <w:tcW w:w="691" w:type="dxa"/>
            <w:vAlign w:val="center"/>
          </w:tcPr>
          <w:p w14:paraId="676683B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36</w:t>
            </w:r>
          </w:p>
        </w:tc>
        <w:tc>
          <w:tcPr>
            <w:tcW w:w="691" w:type="dxa"/>
            <w:vAlign w:val="center"/>
          </w:tcPr>
          <w:p w14:paraId="62D73BF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39</w:t>
            </w:r>
          </w:p>
        </w:tc>
        <w:tc>
          <w:tcPr>
            <w:tcW w:w="691" w:type="dxa"/>
            <w:vAlign w:val="center"/>
          </w:tcPr>
          <w:p w14:paraId="76259AE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42</w:t>
            </w:r>
          </w:p>
        </w:tc>
        <w:tc>
          <w:tcPr>
            <w:tcW w:w="691" w:type="dxa"/>
            <w:vAlign w:val="center"/>
          </w:tcPr>
          <w:p w14:paraId="1BB44DA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45</w:t>
            </w:r>
          </w:p>
        </w:tc>
      </w:tr>
      <w:tr w:rsidR="0035173D" w:rsidRPr="00BA12B6" w14:paraId="5AB3AC7C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7128B33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4</w:t>
            </w:r>
          </w:p>
        </w:tc>
        <w:tc>
          <w:tcPr>
            <w:tcW w:w="691" w:type="dxa"/>
            <w:vAlign w:val="center"/>
          </w:tcPr>
          <w:p w14:paraId="416F608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</w:t>
            </w:r>
          </w:p>
        </w:tc>
        <w:tc>
          <w:tcPr>
            <w:tcW w:w="691" w:type="dxa"/>
            <w:vAlign w:val="center"/>
          </w:tcPr>
          <w:p w14:paraId="68D5F88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</w:t>
            </w:r>
          </w:p>
        </w:tc>
        <w:tc>
          <w:tcPr>
            <w:tcW w:w="691" w:type="dxa"/>
            <w:vAlign w:val="center"/>
          </w:tcPr>
          <w:p w14:paraId="73AC075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14:paraId="29A28C9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</w:t>
            </w:r>
          </w:p>
        </w:tc>
        <w:tc>
          <w:tcPr>
            <w:tcW w:w="691" w:type="dxa"/>
            <w:vAlign w:val="center"/>
          </w:tcPr>
          <w:p w14:paraId="5BF7692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20</w:t>
            </w:r>
          </w:p>
        </w:tc>
        <w:tc>
          <w:tcPr>
            <w:tcW w:w="691" w:type="dxa"/>
            <w:vAlign w:val="center"/>
          </w:tcPr>
          <w:p w14:paraId="3D8A964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24</w:t>
            </w:r>
          </w:p>
        </w:tc>
        <w:tc>
          <w:tcPr>
            <w:tcW w:w="691" w:type="dxa"/>
            <w:vAlign w:val="center"/>
          </w:tcPr>
          <w:p w14:paraId="08B4CF3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28</w:t>
            </w:r>
          </w:p>
        </w:tc>
        <w:tc>
          <w:tcPr>
            <w:tcW w:w="691" w:type="dxa"/>
            <w:vAlign w:val="center"/>
          </w:tcPr>
          <w:p w14:paraId="1B7EDA4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32</w:t>
            </w:r>
          </w:p>
        </w:tc>
        <w:tc>
          <w:tcPr>
            <w:tcW w:w="691" w:type="dxa"/>
            <w:vAlign w:val="center"/>
          </w:tcPr>
          <w:p w14:paraId="6C89D44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36</w:t>
            </w:r>
          </w:p>
        </w:tc>
        <w:tc>
          <w:tcPr>
            <w:tcW w:w="691" w:type="dxa"/>
            <w:vAlign w:val="center"/>
          </w:tcPr>
          <w:p w14:paraId="7EA2726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40</w:t>
            </w:r>
          </w:p>
        </w:tc>
        <w:tc>
          <w:tcPr>
            <w:tcW w:w="691" w:type="dxa"/>
            <w:vAlign w:val="center"/>
          </w:tcPr>
          <w:p w14:paraId="390AB60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44</w:t>
            </w:r>
          </w:p>
        </w:tc>
        <w:tc>
          <w:tcPr>
            <w:tcW w:w="691" w:type="dxa"/>
            <w:vAlign w:val="center"/>
          </w:tcPr>
          <w:p w14:paraId="6AF4F1D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48</w:t>
            </w:r>
          </w:p>
        </w:tc>
        <w:tc>
          <w:tcPr>
            <w:tcW w:w="691" w:type="dxa"/>
            <w:vAlign w:val="center"/>
          </w:tcPr>
          <w:p w14:paraId="51EECF1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52</w:t>
            </w:r>
          </w:p>
        </w:tc>
        <w:tc>
          <w:tcPr>
            <w:tcW w:w="691" w:type="dxa"/>
            <w:vAlign w:val="center"/>
          </w:tcPr>
          <w:p w14:paraId="518CC89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56</w:t>
            </w:r>
          </w:p>
        </w:tc>
        <w:tc>
          <w:tcPr>
            <w:tcW w:w="691" w:type="dxa"/>
            <w:vAlign w:val="center"/>
          </w:tcPr>
          <w:p w14:paraId="20F7BA5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60</w:t>
            </w:r>
          </w:p>
        </w:tc>
      </w:tr>
      <w:tr w:rsidR="0035173D" w:rsidRPr="00BA12B6" w14:paraId="0512C65B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39ED02F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5</w:t>
            </w:r>
          </w:p>
        </w:tc>
        <w:tc>
          <w:tcPr>
            <w:tcW w:w="691" w:type="dxa"/>
            <w:vAlign w:val="center"/>
          </w:tcPr>
          <w:p w14:paraId="54968E9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</w:t>
            </w:r>
          </w:p>
        </w:tc>
        <w:tc>
          <w:tcPr>
            <w:tcW w:w="691" w:type="dxa"/>
            <w:vAlign w:val="center"/>
          </w:tcPr>
          <w:p w14:paraId="2EEA570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</w:t>
            </w:r>
          </w:p>
        </w:tc>
        <w:tc>
          <w:tcPr>
            <w:tcW w:w="691" w:type="dxa"/>
            <w:vAlign w:val="center"/>
          </w:tcPr>
          <w:p w14:paraId="6F18BB1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</w:t>
            </w:r>
          </w:p>
        </w:tc>
        <w:tc>
          <w:tcPr>
            <w:tcW w:w="691" w:type="dxa"/>
            <w:vAlign w:val="center"/>
          </w:tcPr>
          <w:p w14:paraId="22CF747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20</w:t>
            </w:r>
          </w:p>
        </w:tc>
        <w:tc>
          <w:tcPr>
            <w:tcW w:w="691" w:type="dxa"/>
            <w:vAlign w:val="center"/>
          </w:tcPr>
          <w:p w14:paraId="0BB4022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25</w:t>
            </w:r>
          </w:p>
        </w:tc>
        <w:tc>
          <w:tcPr>
            <w:tcW w:w="691" w:type="dxa"/>
            <w:vAlign w:val="center"/>
          </w:tcPr>
          <w:p w14:paraId="13C259F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30</w:t>
            </w:r>
          </w:p>
        </w:tc>
        <w:tc>
          <w:tcPr>
            <w:tcW w:w="691" w:type="dxa"/>
            <w:vAlign w:val="center"/>
          </w:tcPr>
          <w:p w14:paraId="2203535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35</w:t>
            </w:r>
          </w:p>
        </w:tc>
        <w:tc>
          <w:tcPr>
            <w:tcW w:w="691" w:type="dxa"/>
            <w:vAlign w:val="center"/>
          </w:tcPr>
          <w:p w14:paraId="74A12A4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40</w:t>
            </w:r>
          </w:p>
        </w:tc>
        <w:tc>
          <w:tcPr>
            <w:tcW w:w="691" w:type="dxa"/>
            <w:vAlign w:val="center"/>
          </w:tcPr>
          <w:p w14:paraId="65E0321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45</w:t>
            </w:r>
          </w:p>
        </w:tc>
        <w:tc>
          <w:tcPr>
            <w:tcW w:w="691" w:type="dxa"/>
            <w:vAlign w:val="center"/>
          </w:tcPr>
          <w:p w14:paraId="64EFB5F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50</w:t>
            </w:r>
          </w:p>
        </w:tc>
        <w:tc>
          <w:tcPr>
            <w:tcW w:w="691" w:type="dxa"/>
            <w:vAlign w:val="center"/>
          </w:tcPr>
          <w:p w14:paraId="5B2585D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55</w:t>
            </w:r>
          </w:p>
        </w:tc>
        <w:tc>
          <w:tcPr>
            <w:tcW w:w="691" w:type="dxa"/>
            <w:vAlign w:val="center"/>
          </w:tcPr>
          <w:p w14:paraId="498DA97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60</w:t>
            </w:r>
          </w:p>
        </w:tc>
        <w:tc>
          <w:tcPr>
            <w:tcW w:w="691" w:type="dxa"/>
            <w:vAlign w:val="center"/>
          </w:tcPr>
          <w:p w14:paraId="5AABBBF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65</w:t>
            </w:r>
          </w:p>
        </w:tc>
        <w:tc>
          <w:tcPr>
            <w:tcW w:w="691" w:type="dxa"/>
            <w:vAlign w:val="center"/>
          </w:tcPr>
          <w:p w14:paraId="0957866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70</w:t>
            </w:r>
          </w:p>
        </w:tc>
        <w:tc>
          <w:tcPr>
            <w:tcW w:w="691" w:type="dxa"/>
            <w:vAlign w:val="center"/>
          </w:tcPr>
          <w:p w14:paraId="7DCB8DF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75</w:t>
            </w:r>
          </w:p>
        </w:tc>
      </w:tr>
      <w:tr w:rsidR="0035173D" w:rsidRPr="00BA12B6" w14:paraId="33082399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3C50416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6</w:t>
            </w:r>
          </w:p>
        </w:tc>
        <w:tc>
          <w:tcPr>
            <w:tcW w:w="691" w:type="dxa"/>
            <w:vAlign w:val="center"/>
          </w:tcPr>
          <w:p w14:paraId="6DE952D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</w:t>
            </w:r>
          </w:p>
        </w:tc>
        <w:tc>
          <w:tcPr>
            <w:tcW w:w="691" w:type="dxa"/>
            <w:vAlign w:val="center"/>
          </w:tcPr>
          <w:p w14:paraId="2B1D220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14:paraId="17AF71D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</w:t>
            </w:r>
          </w:p>
        </w:tc>
        <w:tc>
          <w:tcPr>
            <w:tcW w:w="691" w:type="dxa"/>
            <w:vAlign w:val="center"/>
          </w:tcPr>
          <w:p w14:paraId="40AEEBE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24</w:t>
            </w:r>
          </w:p>
        </w:tc>
        <w:tc>
          <w:tcPr>
            <w:tcW w:w="691" w:type="dxa"/>
            <w:vAlign w:val="center"/>
          </w:tcPr>
          <w:p w14:paraId="119D73A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30</w:t>
            </w:r>
          </w:p>
        </w:tc>
        <w:tc>
          <w:tcPr>
            <w:tcW w:w="691" w:type="dxa"/>
            <w:vAlign w:val="center"/>
          </w:tcPr>
          <w:p w14:paraId="606AD35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36</w:t>
            </w:r>
          </w:p>
        </w:tc>
        <w:tc>
          <w:tcPr>
            <w:tcW w:w="691" w:type="dxa"/>
            <w:vAlign w:val="center"/>
          </w:tcPr>
          <w:p w14:paraId="7D3A8C3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42</w:t>
            </w:r>
          </w:p>
        </w:tc>
        <w:tc>
          <w:tcPr>
            <w:tcW w:w="691" w:type="dxa"/>
            <w:vAlign w:val="center"/>
          </w:tcPr>
          <w:p w14:paraId="4A2305F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48</w:t>
            </w:r>
          </w:p>
        </w:tc>
        <w:tc>
          <w:tcPr>
            <w:tcW w:w="691" w:type="dxa"/>
            <w:vAlign w:val="center"/>
          </w:tcPr>
          <w:p w14:paraId="3CA957E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54</w:t>
            </w:r>
          </w:p>
        </w:tc>
        <w:tc>
          <w:tcPr>
            <w:tcW w:w="691" w:type="dxa"/>
            <w:vAlign w:val="center"/>
          </w:tcPr>
          <w:p w14:paraId="479E446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60</w:t>
            </w:r>
          </w:p>
        </w:tc>
        <w:tc>
          <w:tcPr>
            <w:tcW w:w="691" w:type="dxa"/>
            <w:vAlign w:val="center"/>
          </w:tcPr>
          <w:p w14:paraId="1DB4386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66</w:t>
            </w:r>
          </w:p>
        </w:tc>
        <w:tc>
          <w:tcPr>
            <w:tcW w:w="691" w:type="dxa"/>
            <w:vAlign w:val="center"/>
          </w:tcPr>
          <w:p w14:paraId="25E4BEB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72</w:t>
            </w:r>
          </w:p>
        </w:tc>
        <w:tc>
          <w:tcPr>
            <w:tcW w:w="691" w:type="dxa"/>
            <w:vAlign w:val="center"/>
          </w:tcPr>
          <w:p w14:paraId="5374DFD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78</w:t>
            </w:r>
          </w:p>
        </w:tc>
        <w:tc>
          <w:tcPr>
            <w:tcW w:w="691" w:type="dxa"/>
            <w:vAlign w:val="center"/>
          </w:tcPr>
          <w:p w14:paraId="45BB72B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84</w:t>
            </w:r>
          </w:p>
        </w:tc>
        <w:tc>
          <w:tcPr>
            <w:tcW w:w="691" w:type="dxa"/>
            <w:vAlign w:val="center"/>
          </w:tcPr>
          <w:p w14:paraId="432D119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90</w:t>
            </w:r>
          </w:p>
        </w:tc>
      </w:tr>
      <w:tr w:rsidR="0035173D" w:rsidRPr="00BA12B6" w14:paraId="6C10D2F8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5A4A6D5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7</w:t>
            </w:r>
          </w:p>
        </w:tc>
        <w:tc>
          <w:tcPr>
            <w:tcW w:w="691" w:type="dxa"/>
            <w:vAlign w:val="center"/>
          </w:tcPr>
          <w:p w14:paraId="7451646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</w:t>
            </w:r>
          </w:p>
        </w:tc>
        <w:tc>
          <w:tcPr>
            <w:tcW w:w="691" w:type="dxa"/>
            <w:vAlign w:val="center"/>
          </w:tcPr>
          <w:p w14:paraId="71853C9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</w:t>
            </w:r>
          </w:p>
        </w:tc>
        <w:tc>
          <w:tcPr>
            <w:tcW w:w="691" w:type="dxa"/>
            <w:vAlign w:val="center"/>
          </w:tcPr>
          <w:p w14:paraId="1F72A58E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21</w:t>
            </w:r>
          </w:p>
        </w:tc>
        <w:tc>
          <w:tcPr>
            <w:tcW w:w="691" w:type="dxa"/>
            <w:vAlign w:val="center"/>
          </w:tcPr>
          <w:p w14:paraId="0C4608B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28</w:t>
            </w:r>
          </w:p>
        </w:tc>
        <w:tc>
          <w:tcPr>
            <w:tcW w:w="691" w:type="dxa"/>
            <w:vAlign w:val="center"/>
          </w:tcPr>
          <w:p w14:paraId="75C8021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35</w:t>
            </w:r>
          </w:p>
        </w:tc>
        <w:tc>
          <w:tcPr>
            <w:tcW w:w="691" w:type="dxa"/>
            <w:vAlign w:val="center"/>
          </w:tcPr>
          <w:p w14:paraId="1504B7A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42</w:t>
            </w:r>
          </w:p>
        </w:tc>
        <w:tc>
          <w:tcPr>
            <w:tcW w:w="691" w:type="dxa"/>
            <w:vAlign w:val="center"/>
          </w:tcPr>
          <w:p w14:paraId="7107057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49</w:t>
            </w:r>
          </w:p>
        </w:tc>
        <w:tc>
          <w:tcPr>
            <w:tcW w:w="691" w:type="dxa"/>
            <w:vAlign w:val="center"/>
          </w:tcPr>
          <w:p w14:paraId="3568B69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56</w:t>
            </w:r>
          </w:p>
        </w:tc>
        <w:tc>
          <w:tcPr>
            <w:tcW w:w="691" w:type="dxa"/>
            <w:vAlign w:val="center"/>
          </w:tcPr>
          <w:p w14:paraId="0D31801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63</w:t>
            </w:r>
          </w:p>
        </w:tc>
        <w:tc>
          <w:tcPr>
            <w:tcW w:w="691" w:type="dxa"/>
            <w:vAlign w:val="center"/>
          </w:tcPr>
          <w:p w14:paraId="3F0CE0C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70</w:t>
            </w:r>
          </w:p>
        </w:tc>
        <w:tc>
          <w:tcPr>
            <w:tcW w:w="691" w:type="dxa"/>
            <w:vAlign w:val="center"/>
          </w:tcPr>
          <w:p w14:paraId="6C172E7E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77</w:t>
            </w:r>
          </w:p>
        </w:tc>
        <w:tc>
          <w:tcPr>
            <w:tcW w:w="691" w:type="dxa"/>
            <w:vAlign w:val="center"/>
          </w:tcPr>
          <w:p w14:paraId="505F849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84</w:t>
            </w:r>
          </w:p>
        </w:tc>
        <w:tc>
          <w:tcPr>
            <w:tcW w:w="691" w:type="dxa"/>
            <w:vAlign w:val="center"/>
          </w:tcPr>
          <w:p w14:paraId="7B6DA4F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91</w:t>
            </w:r>
          </w:p>
        </w:tc>
        <w:tc>
          <w:tcPr>
            <w:tcW w:w="691" w:type="dxa"/>
            <w:vAlign w:val="center"/>
          </w:tcPr>
          <w:p w14:paraId="385F507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98</w:t>
            </w:r>
          </w:p>
        </w:tc>
        <w:tc>
          <w:tcPr>
            <w:tcW w:w="691" w:type="dxa"/>
            <w:vAlign w:val="center"/>
          </w:tcPr>
          <w:p w14:paraId="3B9F5F1E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105</w:t>
            </w:r>
          </w:p>
        </w:tc>
      </w:tr>
      <w:tr w:rsidR="0035173D" w:rsidRPr="00BA12B6" w14:paraId="1A2D66FE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5C7A627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8</w:t>
            </w:r>
          </w:p>
        </w:tc>
        <w:tc>
          <w:tcPr>
            <w:tcW w:w="691" w:type="dxa"/>
            <w:vAlign w:val="center"/>
          </w:tcPr>
          <w:p w14:paraId="5E20382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</w:t>
            </w:r>
          </w:p>
        </w:tc>
        <w:tc>
          <w:tcPr>
            <w:tcW w:w="691" w:type="dxa"/>
            <w:vAlign w:val="center"/>
          </w:tcPr>
          <w:p w14:paraId="1516667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</w:t>
            </w:r>
          </w:p>
        </w:tc>
        <w:tc>
          <w:tcPr>
            <w:tcW w:w="691" w:type="dxa"/>
            <w:vAlign w:val="center"/>
          </w:tcPr>
          <w:p w14:paraId="1764BAB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24</w:t>
            </w:r>
          </w:p>
        </w:tc>
        <w:tc>
          <w:tcPr>
            <w:tcW w:w="691" w:type="dxa"/>
            <w:vAlign w:val="center"/>
          </w:tcPr>
          <w:p w14:paraId="0E5BEB2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32</w:t>
            </w:r>
          </w:p>
        </w:tc>
        <w:tc>
          <w:tcPr>
            <w:tcW w:w="691" w:type="dxa"/>
            <w:vAlign w:val="center"/>
          </w:tcPr>
          <w:p w14:paraId="775812F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40</w:t>
            </w:r>
          </w:p>
        </w:tc>
        <w:tc>
          <w:tcPr>
            <w:tcW w:w="691" w:type="dxa"/>
            <w:vAlign w:val="center"/>
          </w:tcPr>
          <w:p w14:paraId="08DDC1D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48</w:t>
            </w:r>
          </w:p>
        </w:tc>
        <w:tc>
          <w:tcPr>
            <w:tcW w:w="691" w:type="dxa"/>
            <w:vAlign w:val="center"/>
          </w:tcPr>
          <w:p w14:paraId="3E61281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56</w:t>
            </w:r>
          </w:p>
        </w:tc>
        <w:tc>
          <w:tcPr>
            <w:tcW w:w="691" w:type="dxa"/>
            <w:vAlign w:val="center"/>
          </w:tcPr>
          <w:p w14:paraId="304C114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64</w:t>
            </w:r>
          </w:p>
        </w:tc>
        <w:tc>
          <w:tcPr>
            <w:tcW w:w="691" w:type="dxa"/>
            <w:vAlign w:val="center"/>
          </w:tcPr>
          <w:p w14:paraId="713F0A6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72</w:t>
            </w:r>
          </w:p>
        </w:tc>
        <w:tc>
          <w:tcPr>
            <w:tcW w:w="691" w:type="dxa"/>
            <w:vAlign w:val="center"/>
          </w:tcPr>
          <w:p w14:paraId="1A802F0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80</w:t>
            </w:r>
          </w:p>
        </w:tc>
        <w:tc>
          <w:tcPr>
            <w:tcW w:w="691" w:type="dxa"/>
            <w:vAlign w:val="center"/>
          </w:tcPr>
          <w:p w14:paraId="4298C5D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88</w:t>
            </w:r>
          </w:p>
        </w:tc>
        <w:tc>
          <w:tcPr>
            <w:tcW w:w="691" w:type="dxa"/>
            <w:vAlign w:val="center"/>
          </w:tcPr>
          <w:p w14:paraId="79EA4F3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96</w:t>
            </w:r>
          </w:p>
        </w:tc>
        <w:tc>
          <w:tcPr>
            <w:tcW w:w="691" w:type="dxa"/>
            <w:vAlign w:val="center"/>
          </w:tcPr>
          <w:p w14:paraId="2CEF200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104</w:t>
            </w:r>
          </w:p>
        </w:tc>
        <w:tc>
          <w:tcPr>
            <w:tcW w:w="691" w:type="dxa"/>
            <w:vAlign w:val="center"/>
          </w:tcPr>
          <w:p w14:paraId="6CAD1F1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112</w:t>
            </w:r>
          </w:p>
        </w:tc>
        <w:tc>
          <w:tcPr>
            <w:tcW w:w="691" w:type="dxa"/>
            <w:vAlign w:val="center"/>
          </w:tcPr>
          <w:p w14:paraId="488E67B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120</w:t>
            </w:r>
          </w:p>
        </w:tc>
      </w:tr>
      <w:tr w:rsidR="0035173D" w:rsidRPr="00BA12B6" w14:paraId="74B49750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5AD4E8C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9</w:t>
            </w:r>
          </w:p>
        </w:tc>
        <w:tc>
          <w:tcPr>
            <w:tcW w:w="691" w:type="dxa"/>
            <w:vAlign w:val="center"/>
          </w:tcPr>
          <w:p w14:paraId="34F1FCB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</w:t>
            </w:r>
          </w:p>
        </w:tc>
        <w:tc>
          <w:tcPr>
            <w:tcW w:w="691" w:type="dxa"/>
            <w:vAlign w:val="center"/>
          </w:tcPr>
          <w:p w14:paraId="4278F90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</w:t>
            </w:r>
          </w:p>
        </w:tc>
        <w:tc>
          <w:tcPr>
            <w:tcW w:w="691" w:type="dxa"/>
            <w:vAlign w:val="center"/>
          </w:tcPr>
          <w:p w14:paraId="35F7829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27</w:t>
            </w:r>
          </w:p>
        </w:tc>
        <w:tc>
          <w:tcPr>
            <w:tcW w:w="691" w:type="dxa"/>
            <w:vAlign w:val="center"/>
          </w:tcPr>
          <w:p w14:paraId="735A12B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36</w:t>
            </w:r>
          </w:p>
        </w:tc>
        <w:tc>
          <w:tcPr>
            <w:tcW w:w="691" w:type="dxa"/>
            <w:vAlign w:val="center"/>
          </w:tcPr>
          <w:p w14:paraId="618D600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45</w:t>
            </w:r>
          </w:p>
        </w:tc>
        <w:tc>
          <w:tcPr>
            <w:tcW w:w="691" w:type="dxa"/>
            <w:vAlign w:val="center"/>
          </w:tcPr>
          <w:p w14:paraId="07A9F37E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54</w:t>
            </w:r>
          </w:p>
        </w:tc>
        <w:tc>
          <w:tcPr>
            <w:tcW w:w="691" w:type="dxa"/>
            <w:vAlign w:val="center"/>
          </w:tcPr>
          <w:p w14:paraId="1DEEE16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63</w:t>
            </w:r>
          </w:p>
        </w:tc>
        <w:tc>
          <w:tcPr>
            <w:tcW w:w="691" w:type="dxa"/>
            <w:vAlign w:val="center"/>
          </w:tcPr>
          <w:p w14:paraId="704AABF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72</w:t>
            </w:r>
          </w:p>
        </w:tc>
        <w:tc>
          <w:tcPr>
            <w:tcW w:w="691" w:type="dxa"/>
            <w:vAlign w:val="center"/>
          </w:tcPr>
          <w:p w14:paraId="7BB5459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81</w:t>
            </w:r>
          </w:p>
        </w:tc>
        <w:tc>
          <w:tcPr>
            <w:tcW w:w="691" w:type="dxa"/>
            <w:vAlign w:val="center"/>
          </w:tcPr>
          <w:p w14:paraId="743B26F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90</w:t>
            </w:r>
          </w:p>
        </w:tc>
        <w:tc>
          <w:tcPr>
            <w:tcW w:w="691" w:type="dxa"/>
            <w:vAlign w:val="center"/>
          </w:tcPr>
          <w:p w14:paraId="1C53AB3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99</w:t>
            </w:r>
          </w:p>
        </w:tc>
        <w:tc>
          <w:tcPr>
            <w:tcW w:w="691" w:type="dxa"/>
            <w:vAlign w:val="center"/>
          </w:tcPr>
          <w:p w14:paraId="50DC988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108</w:t>
            </w:r>
          </w:p>
        </w:tc>
        <w:tc>
          <w:tcPr>
            <w:tcW w:w="691" w:type="dxa"/>
            <w:vAlign w:val="center"/>
          </w:tcPr>
          <w:p w14:paraId="39D43F5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117</w:t>
            </w:r>
          </w:p>
        </w:tc>
        <w:tc>
          <w:tcPr>
            <w:tcW w:w="691" w:type="dxa"/>
            <w:vAlign w:val="center"/>
          </w:tcPr>
          <w:p w14:paraId="1E8E032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126</w:t>
            </w:r>
          </w:p>
        </w:tc>
        <w:tc>
          <w:tcPr>
            <w:tcW w:w="691" w:type="dxa"/>
            <w:vAlign w:val="center"/>
          </w:tcPr>
          <w:p w14:paraId="491CE61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135</w:t>
            </w:r>
          </w:p>
        </w:tc>
      </w:tr>
      <w:tr w:rsidR="0035173D" w:rsidRPr="00BA12B6" w14:paraId="5707F8BD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4F1DBB6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10</w:t>
            </w:r>
          </w:p>
        </w:tc>
        <w:tc>
          <w:tcPr>
            <w:tcW w:w="691" w:type="dxa"/>
            <w:vAlign w:val="center"/>
          </w:tcPr>
          <w:p w14:paraId="42ABCC5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</w:t>
            </w:r>
          </w:p>
        </w:tc>
        <w:tc>
          <w:tcPr>
            <w:tcW w:w="691" w:type="dxa"/>
            <w:vAlign w:val="center"/>
          </w:tcPr>
          <w:p w14:paraId="53CA0E1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20</w:t>
            </w:r>
          </w:p>
        </w:tc>
        <w:tc>
          <w:tcPr>
            <w:tcW w:w="691" w:type="dxa"/>
            <w:vAlign w:val="center"/>
          </w:tcPr>
          <w:p w14:paraId="098BCAA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30</w:t>
            </w:r>
          </w:p>
        </w:tc>
        <w:tc>
          <w:tcPr>
            <w:tcW w:w="691" w:type="dxa"/>
            <w:vAlign w:val="center"/>
          </w:tcPr>
          <w:p w14:paraId="52E9F58E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40</w:t>
            </w:r>
          </w:p>
        </w:tc>
        <w:tc>
          <w:tcPr>
            <w:tcW w:w="691" w:type="dxa"/>
            <w:vAlign w:val="center"/>
          </w:tcPr>
          <w:p w14:paraId="747E2BB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50</w:t>
            </w:r>
          </w:p>
        </w:tc>
        <w:tc>
          <w:tcPr>
            <w:tcW w:w="691" w:type="dxa"/>
            <w:vAlign w:val="center"/>
          </w:tcPr>
          <w:p w14:paraId="275FF13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60</w:t>
            </w:r>
          </w:p>
        </w:tc>
        <w:tc>
          <w:tcPr>
            <w:tcW w:w="691" w:type="dxa"/>
            <w:vAlign w:val="center"/>
          </w:tcPr>
          <w:p w14:paraId="26B6580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70</w:t>
            </w:r>
          </w:p>
        </w:tc>
        <w:tc>
          <w:tcPr>
            <w:tcW w:w="691" w:type="dxa"/>
            <w:vAlign w:val="center"/>
          </w:tcPr>
          <w:p w14:paraId="3C5CA89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80</w:t>
            </w:r>
          </w:p>
        </w:tc>
        <w:tc>
          <w:tcPr>
            <w:tcW w:w="691" w:type="dxa"/>
            <w:vAlign w:val="center"/>
          </w:tcPr>
          <w:p w14:paraId="49BD6A3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90</w:t>
            </w:r>
          </w:p>
        </w:tc>
        <w:tc>
          <w:tcPr>
            <w:tcW w:w="691" w:type="dxa"/>
            <w:vAlign w:val="center"/>
          </w:tcPr>
          <w:p w14:paraId="02A0E8B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100</w:t>
            </w:r>
          </w:p>
        </w:tc>
        <w:tc>
          <w:tcPr>
            <w:tcW w:w="691" w:type="dxa"/>
            <w:vAlign w:val="center"/>
          </w:tcPr>
          <w:p w14:paraId="720CB6C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110</w:t>
            </w:r>
          </w:p>
        </w:tc>
        <w:tc>
          <w:tcPr>
            <w:tcW w:w="691" w:type="dxa"/>
            <w:vAlign w:val="center"/>
          </w:tcPr>
          <w:p w14:paraId="6CCCEBA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120</w:t>
            </w:r>
          </w:p>
        </w:tc>
        <w:tc>
          <w:tcPr>
            <w:tcW w:w="691" w:type="dxa"/>
            <w:vAlign w:val="center"/>
          </w:tcPr>
          <w:p w14:paraId="0C78494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130</w:t>
            </w:r>
          </w:p>
        </w:tc>
        <w:tc>
          <w:tcPr>
            <w:tcW w:w="691" w:type="dxa"/>
            <w:vAlign w:val="center"/>
          </w:tcPr>
          <w:p w14:paraId="7DA098E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140</w:t>
            </w:r>
          </w:p>
        </w:tc>
        <w:tc>
          <w:tcPr>
            <w:tcW w:w="691" w:type="dxa"/>
            <w:vAlign w:val="center"/>
          </w:tcPr>
          <w:p w14:paraId="15180F1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150</w:t>
            </w:r>
          </w:p>
        </w:tc>
      </w:tr>
      <w:tr w:rsidR="0035173D" w:rsidRPr="00BA12B6" w14:paraId="4C49D1C8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67DE4F8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11</w:t>
            </w:r>
          </w:p>
        </w:tc>
        <w:tc>
          <w:tcPr>
            <w:tcW w:w="691" w:type="dxa"/>
            <w:vAlign w:val="center"/>
          </w:tcPr>
          <w:p w14:paraId="569D412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</w:t>
            </w:r>
          </w:p>
        </w:tc>
        <w:tc>
          <w:tcPr>
            <w:tcW w:w="691" w:type="dxa"/>
            <w:vAlign w:val="center"/>
          </w:tcPr>
          <w:p w14:paraId="69D9A34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22</w:t>
            </w:r>
          </w:p>
        </w:tc>
        <w:tc>
          <w:tcPr>
            <w:tcW w:w="691" w:type="dxa"/>
            <w:vAlign w:val="center"/>
          </w:tcPr>
          <w:p w14:paraId="5D5A9FE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33</w:t>
            </w:r>
          </w:p>
        </w:tc>
        <w:tc>
          <w:tcPr>
            <w:tcW w:w="691" w:type="dxa"/>
            <w:vAlign w:val="center"/>
          </w:tcPr>
          <w:p w14:paraId="78B5667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44</w:t>
            </w:r>
          </w:p>
        </w:tc>
        <w:tc>
          <w:tcPr>
            <w:tcW w:w="691" w:type="dxa"/>
            <w:vAlign w:val="center"/>
          </w:tcPr>
          <w:p w14:paraId="6227CAC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55</w:t>
            </w:r>
          </w:p>
        </w:tc>
        <w:tc>
          <w:tcPr>
            <w:tcW w:w="691" w:type="dxa"/>
            <w:vAlign w:val="center"/>
          </w:tcPr>
          <w:p w14:paraId="2B9A0F8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66</w:t>
            </w:r>
          </w:p>
        </w:tc>
        <w:tc>
          <w:tcPr>
            <w:tcW w:w="691" w:type="dxa"/>
            <w:vAlign w:val="center"/>
          </w:tcPr>
          <w:p w14:paraId="5052777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77</w:t>
            </w:r>
          </w:p>
        </w:tc>
        <w:tc>
          <w:tcPr>
            <w:tcW w:w="691" w:type="dxa"/>
            <w:vAlign w:val="center"/>
          </w:tcPr>
          <w:p w14:paraId="06BE371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88</w:t>
            </w:r>
          </w:p>
        </w:tc>
        <w:tc>
          <w:tcPr>
            <w:tcW w:w="691" w:type="dxa"/>
            <w:vAlign w:val="center"/>
          </w:tcPr>
          <w:p w14:paraId="4A54814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99</w:t>
            </w:r>
          </w:p>
        </w:tc>
        <w:tc>
          <w:tcPr>
            <w:tcW w:w="691" w:type="dxa"/>
            <w:vAlign w:val="center"/>
          </w:tcPr>
          <w:p w14:paraId="26EFD69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110</w:t>
            </w:r>
          </w:p>
        </w:tc>
        <w:tc>
          <w:tcPr>
            <w:tcW w:w="691" w:type="dxa"/>
            <w:vAlign w:val="center"/>
          </w:tcPr>
          <w:p w14:paraId="5A08EE6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121</w:t>
            </w:r>
          </w:p>
        </w:tc>
        <w:tc>
          <w:tcPr>
            <w:tcW w:w="691" w:type="dxa"/>
            <w:vAlign w:val="center"/>
          </w:tcPr>
          <w:p w14:paraId="23AE7CB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132</w:t>
            </w:r>
          </w:p>
        </w:tc>
        <w:tc>
          <w:tcPr>
            <w:tcW w:w="691" w:type="dxa"/>
            <w:vAlign w:val="center"/>
          </w:tcPr>
          <w:p w14:paraId="77F38B7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143</w:t>
            </w:r>
          </w:p>
        </w:tc>
        <w:tc>
          <w:tcPr>
            <w:tcW w:w="691" w:type="dxa"/>
            <w:vAlign w:val="center"/>
          </w:tcPr>
          <w:p w14:paraId="553B22C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154</w:t>
            </w:r>
          </w:p>
        </w:tc>
        <w:tc>
          <w:tcPr>
            <w:tcW w:w="691" w:type="dxa"/>
            <w:vAlign w:val="center"/>
          </w:tcPr>
          <w:p w14:paraId="58B253E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165</w:t>
            </w:r>
          </w:p>
        </w:tc>
      </w:tr>
      <w:tr w:rsidR="0035173D" w:rsidRPr="00BA12B6" w14:paraId="271F9A17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4701D21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14:paraId="2BE51CB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14:paraId="0F8C3F7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24</w:t>
            </w:r>
          </w:p>
        </w:tc>
        <w:tc>
          <w:tcPr>
            <w:tcW w:w="691" w:type="dxa"/>
            <w:vAlign w:val="center"/>
          </w:tcPr>
          <w:p w14:paraId="126BE35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36</w:t>
            </w:r>
          </w:p>
        </w:tc>
        <w:tc>
          <w:tcPr>
            <w:tcW w:w="691" w:type="dxa"/>
            <w:vAlign w:val="center"/>
          </w:tcPr>
          <w:p w14:paraId="4FFE61E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48</w:t>
            </w:r>
          </w:p>
        </w:tc>
        <w:tc>
          <w:tcPr>
            <w:tcW w:w="691" w:type="dxa"/>
            <w:vAlign w:val="center"/>
          </w:tcPr>
          <w:p w14:paraId="6CFE526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60</w:t>
            </w:r>
          </w:p>
        </w:tc>
        <w:tc>
          <w:tcPr>
            <w:tcW w:w="691" w:type="dxa"/>
            <w:vAlign w:val="center"/>
          </w:tcPr>
          <w:p w14:paraId="73AB11F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72</w:t>
            </w:r>
          </w:p>
        </w:tc>
        <w:tc>
          <w:tcPr>
            <w:tcW w:w="691" w:type="dxa"/>
            <w:vAlign w:val="center"/>
          </w:tcPr>
          <w:p w14:paraId="04DC98D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84</w:t>
            </w:r>
          </w:p>
        </w:tc>
        <w:tc>
          <w:tcPr>
            <w:tcW w:w="691" w:type="dxa"/>
            <w:vAlign w:val="center"/>
          </w:tcPr>
          <w:p w14:paraId="1DDFD91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96</w:t>
            </w:r>
          </w:p>
        </w:tc>
        <w:tc>
          <w:tcPr>
            <w:tcW w:w="691" w:type="dxa"/>
            <w:vAlign w:val="center"/>
          </w:tcPr>
          <w:p w14:paraId="2F989D5A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108</w:t>
            </w:r>
          </w:p>
        </w:tc>
        <w:tc>
          <w:tcPr>
            <w:tcW w:w="691" w:type="dxa"/>
            <w:vAlign w:val="center"/>
          </w:tcPr>
          <w:p w14:paraId="0CD9568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120</w:t>
            </w:r>
          </w:p>
        </w:tc>
        <w:tc>
          <w:tcPr>
            <w:tcW w:w="691" w:type="dxa"/>
            <w:vAlign w:val="center"/>
          </w:tcPr>
          <w:p w14:paraId="08D9EBF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132</w:t>
            </w:r>
          </w:p>
        </w:tc>
        <w:tc>
          <w:tcPr>
            <w:tcW w:w="691" w:type="dxa"/>
            <w:vAlign w:val="center"/>
          </w:tcPr>
          <w:p w14:paraId="2B3E119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144</w:t>
            </w:r>
          </w:p>
        </w:tc>
        <w:tc>
          <w:tcPr>
            <w:tcW w:w="691" w:type="dxa"/>
            <w:vAlign w:val="center"/>
          </w:tcPr>
          <w:p w14:paraId="073488F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156</w:t>
            </w:r>
          </w:p>
        </w:tc>
        <w:tc>
          <w:tcPr>
            <w:tcW w:w="691" w:type="dxa"/>
            <w:vAlign w:val="center"/>
          </w:tcPr>
          <w:p w14:paraId="0576784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168</w:t>
            </w:r>
          </w:p>
        </w:tc>
        <w:tc>
          <w:tcPr>
            <w:tcW w:w="691" w:type="dxa"/>
            <w:vAlign w:val="center"/>
          </w:tcPr>
          <w:p w14:paraId="2CF0A61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180</w:t>
            </w:r>
          </w:p>
        </w:tc>
      </w:tr>
      <w:tr w:rsidR="0035173D" w:rsidRPr="00BA12B6" w14:paraId="03757B08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02673BE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13</w:t>
            </w:r>
          </w:p>
        </w:tc>
        <w:tc>
          <w:tcPr>
            <w:tcW w:w="691" w:type="dxa"/>
            <w:vAlign w:val="center"/>
          </w:tcPr>
          <w:p w14:paraId="4D70B9D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</w:t>
            </w:r>
          </w:p>
        </w:tc>
        <w:tc>
          <w:tcPr>
            <w:tcW w:w="691" w:type="dxa"/>
            <w:vAlign w:val="center"/>
          </w:tcPr>
          <w:p w14:paraId="7896798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26</w:t>
            </w:r>
          </w:p>
        </w:tc>
        <w:tc>
          <w:tcPr>
            <w:tcW w:w="691" w:type="dxa"/>
            <w:vAlign w:val="center"/>
          </w:tcPr>
          <w:p w14:paraId="3FC0E34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39</w:t>
            </w:r>
          </w:p>
        </w:tc>
        <w:tc>
          <w:tcPr>
            <w:tcW w:w="691" w:type="dxa"/>
            <w:vAlign w:val="center"/>
          </w:tcPr>
          <w:p w14:paraId="65DC976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52</w:t>
            </w:r>
          </w:p>
        </w:tc>
        <w:tc>
          <w:tcPr>
            <w:tcW w:w="691" w:type="dxa"/>
            <w:vAlign w:val="center"/>
          </w:tcPr>
          <w:p w14:paraId="5AA823A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65</w:t>
            </w:r>
          </w:p>
        </w:tc>
        <w:tc>
          <w:tcPr>
            <w:tcW w:w="691" w:type="dxa"/>
            <w:vAlign w:val="center"/>
          </w:tcPr>
          <w:p w14:paraId="7F6BA49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78</w:t>
            </w:r>
          </w:p>
        </w:tc>
        <w:tc>
          <w:tcPr>
            <w:tcW w:w="691" w:type="dxa"/>
            <w:vAlign w:val="center"/>
          </w:tcPr>
          <w:p w14:paraId="5F960B2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91</w:t>
            </w:r>
          </w:p>
        </w:tc>
        <w:tc>
          <w:tcPr>
            <w:tcW w:w="691" w:type="dxa"/>
            <w:vAlign w:val="center"/>
          </w:tcPr>
          <w:p w14:paraId="1A377A6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104</w:t>
            </w:r>
          </w:p>
        </w:tc>
        <w:tc>
          <w:tcPr>
            <w:tcW w:w="691" w:type="dxa"/>
            <w:vAlign w:val="center"/>
          </w:tcPr>
          <w:p w14:paraId="5D600FC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117</w:t>
            </w:r>
          </w:p>
        </w:tc>
        <w:tc>
          <w:tcPr>
            <w:tcW w:w="691" w:type="dxa"/>
            <w:vAlign w:val="center"/>
          </w:tcPr>
          <w:p w14:paraId="4949DB8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130</w:t>
            </w:r>
          </w:p>
        </w:tc>
        <w:tc>
          <w:tcPr>
            <w:tcW w:w="691" w:type="dxa"/>
            <w:vAlign w:val="center"/>
          </w:tcPr>
          <w:p w14:paraId="317861A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143</w:t>
            </w:r>
          </w:p>
        </w:tc>
        <w:tc>
          <w:tcPr>
            <w:tcW w:w="691" w:type="dxa"/>
            <w:vAlign w:val="center"/>
          </w:tcPr>
          <w:p w14:paraId="7247FF3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156</w:t>
            </w:r>
          </w:p>
        </w:tc>
        <w:tc>
          <w:tcPr>
            <w:tcW w:w="691" w:type="dxa"/>
            <w:vAlign w:val="center"/>
          </w:tcPr>
          <w:p w14:paraId="4F15D05E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169</w:t>
            </w:r>
          </w:p>
        </w:tc>
        <w:tc>
          <w:tcPr>
            <w:tcW w:w="691" w:type="dxa"/>
            <w:vAlign w:val="center"/>
          </w:tcPr>
          <w:p w14:paraId="12E790C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182</w:t>
            </w:r>
          </w:p>
        </w:tc>
        <w:tc>
          <w:tcPr>
            <w:tcW w:w="691" w:type="dxa"/>
            <w:vAlign w:val="center"/>
          </w:tcPr>
          <w:p w14:paraId="58A9C19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195</w:t>
            </w:r>
          </w:p>
        </w:tc>
      </w:tr>
      <w:tr w:rsidR="0035173D" w:rsidRPr="00BA12B6" w14:paraId="2880BBA8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4CFD90F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14</w:t>
            </w:r>
          </w:p>
        </w:tc>
        <w:tc>
          <w:tcPr>
            <w:tcW w:w="691" w:type="dxa"/>
            <w:vAlign w:val="center"/>
          </w:tcPr>
          <w:p w14:paraId="36AF09E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</w:t>
            </w:r>
          </w:p>
        </w:tc>
        <w:tc>
          <w:tcPr>
            <w:tcW w:w="691" w:type="dxa"/>
            <w:vAlign w:val="center"/>
          </w:tcPr>
          <w:p w14:paraId="741BC944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28</w:t>
            </w:r>
          </w:p>
        </w:tc>
        <w:tc>
          <w:tcPr>
            <w:tcW w:w="691" w:type="dxa"/>
            <w:vAlign w:val="center"/>
          </w:tcPr>
          <w:p w14:paraId="69053A8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42</w:t>
            </w:r>
          </w:p>
        </w:tc>
        <w:tc>
          <w:tcPr>
            <w:tcW w:w="691" w:type="dxa"/>
            <w:vAlign w:val="center"/>
          </w:tcPr>
          <w:p w14:paraId="08A40F03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56</w:t>
            </w:r>
          </w:p>
        </w:tc>
        <w:tc>
          <w:tcPr>
            <w:tcW w:w="691" w:type="dxa"/>
            <w:vAlign w:val="center"/>
          </w:tcPr>
          <w:p w14:paraId="18E0AD2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70</w:t>
            </w:r>
          </w:p>
        </w:tc>
        <w:tc>
          <w:tcPr>
            <w:tcW w:w="691" w:type="dxa"/>
            <w:vAlign w:val="center"/>
          </w:tcPr>
          <w:p w14:paraId="7E5E5F9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84</w:t>
            </w:r>
          </w:p>
        </w:tc>
        <w:tc>
          <w:tcPr>
            <w:tcW w:w="691" w:type="dxa"/>
            <w:vAlign w:val="center"/>
          </w:tcPr>
          <w:p w14:paraId="05862230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98</w:t>
            </w:r>
          </w:p>
        </w:tc>
        <w:tc>
          <w:tcPr>
            <w:tcW w:w="691" w:type="dxa"/>
            <w:vAlign w:val="center"/>
          </w:tcPr>
          <w:p w14:paraId="05DA488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112</w:t>
            </w:r>
          </w:p>
        </w:tc>
        <w:tc>
          <w:tcPr>
            <w:tcW w:w="691" w:type="dxa"/>
            <w:vAlign w:val="center"/>
          </w:tcPr>
          <w:p w14:paraId="221C582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126</w:t>
            </w:r>
          </w:p>
        </w:tc>
        <w:tc>
          <w:tcPr>
            <w:tcW w:w="691" w:type="dxa"/>
            <w:vAlign w:val="center"/>
          </w:tcPr>
          <w:p w14:paraId="346DA69B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140</w:t>
            </w:r>
          </w:p>
        </w:tc>
        <w:tc>
          <w:tcPr>
            <w:tcW w:w="691" w:type="dxa"/>
            <w:vAlign w:val="center"/>
          </w:tcPr>
          <w:p w14:paraId="6D9D601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154</w:t>
            </w:r>
          </w:p>
        </w:tc>
        <w:tc>
          <w:tcPr>
            <w:tcW w:w="691" w:type="dxa"/>
            <w:vAlign w:val="center"/>
          </w:tcPr>
          <w:p w14:paraId="497D80F8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168</w:t>
            </w:r>
          </w:p>
        </w:tc>
        <w:tc>
          <w:tcPr>
            <w:tcW w:w="691" w:type="dxa"/>
            <w:vAlign w:val="center"/>
          </w:tcPr>
          <w:p w14:paraId="6EC97FB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182</w:t>
            </w:r>
          </w:p>
        </w:tc>
        <w:tc>
          <w:tcPr>
            <w:tcW w:w="691" w:type="dxa"/>
            <w:vAlign w:val="center"/>
          </w:tcPr>
          <w:p w14:paraId="433640B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196</w:t>
            </w:r>
          </w:p>
        </w:tc>
        <w:tc>
          <w:tcPr>
            <w:tcW w:w="691" w:type="dxa"/>
            <w:vAlign w:val="center"/>
          </w:tcPr>
          <w:p w14:paraId="135E6CC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210</w:t>
            </w:r>
          </w:p>
        </w:tc>
      </w:tr>
      <w:tr w:rsidR="0035173D" w:rsidRPr="00BA12B6" w14:paraId="5CFA0095" w14:textId="77777777" w:rsidTr="0046671B">
        <w:trPr>
          <w:trHeight w:hRule="exact" w:val="691"/>
          <w:jc w:val="center"/>
        </w:trPr>
        <w:tc>
          <w:tcPr>
            <w:tcW w:w="691" w:type="dxa"/>
            <w:shd w:val="clear" w:color="auto" w:fill="000000"/>
            <w:vAlign w:val="center"/>
          </w:tcPr>
          <w:p w14:paraId="6DABE4E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b/>
                <w:color w:val="FFFFFF"/>
                <w:sz w:val="26"/>
                <w:szCs w:val="26"/>
              </w:rPr>
              <w:t>15</w:t>
            </w:r>
          </w:p>
        </w:tc>
        <w:tc>
          <w:tcPr>
            <w:tcW w:w="691" w:type="dxa"/>
            <w:vAlign w:val="center"/>
          </w:tcPr>
          <w:p w14:paraId="767A9AE9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</w:t>
            </w:r>
          </w:p>
        </w:tc>
        <w:tc>
          <w:tcPr>
            <w:tcW w:w="691" w:type="dxa"/>
            <w:vAlign w:val="center"/>
          </w:tcPr>
          <w:p w14:paraId="5895C0AC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30</w:t>
            </w:r>
          </w:p>
        </w:tc>
        <w:tc>
          <w:tcPr>
            <w:tcW w:w="691" w:type="dxa"/>
            <w:vAlign w:val="center"/>
          </w:tcPr>
          <w:p w14:paraId="040D733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45</w:t>
            </w:r>
          </w:p>
        </w:tc>
        <w:tc>
          <w:tcPr>
            <w:tcW w:w="691" w:type="dxa"/>
            <w:vAlign w:val="center"/>
          </w:tcPr>
          <w:p w14:paraId="1309813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60</w:t>
            </w:r>
          </w:p>
        </w:tc>
        <w:tc>
          <w:tcPr>
            <w:tcW w:w="691" w:type="dxa"/>
            <w:vAlign w:val="center"/>
          </w:tcPr>
          <w:p w14:paraId="6EAFB17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75</w:t>
            </w:r>
          </w:p>
        </w:tc>
        <w:tc>
          <w:tcPr>
            <w:tcW w:w="691" w:type="dxa"/>
            <w:vAlign w:val="center"/>
          </w:tcPr>
          <w:p w14:paraId="6538E851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90</w:t>
            </w:r>
          </w:p>
        </w:tc>
        <w:tc>
          <w:tcPr>
            <w:tcW w:w="691" w:type="dxa"/>
            <w:vAlign w:val="center"/>
          </w:tcPr>
          <w:p w14:paraId="5335587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105</w:t>
            </w:r>
          </w:p>
        </w:tc>
        <w:tc>
          <w:tcPr>
            <w:tcW w:w="691" w:type="dxa"/>
            <w:vAlign w:val="center"/>
          </w:tcPr>
          <w:p w14:paraId="408EF245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120</w:t>
            </w:r>
          </w:p>
        </w:tc>
        <w:tc>
          <w:tcPr>
            <w:tcW w:w="691" w:type="dxa"/>
            <w:vAlign w:val="center"/>
          </w:tcPr>
          <w:p w14:paraId="46F10746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135</w:t>
            </w:r>
          </w:p>
        </w:tc>
        <w:tc>
          <w:tcPr>
            <w:tcW w:w="691" w:type="dxa"/>
            <w:vAlign w:val="center"/>
          </w:tcPr>
          <w:p w14:paraId="27B0E9D7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150</w:t>
            </w:r>
          </w:p>
        </w:tc>
        <w:tc>
          <w:tcPr>
            <w:tcW w:w="691" w:type="dxa"/>
            <w:vAlign w:val="center"/>
          </w:tcPr>
          <w:p w14:paraId="490795A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165</w:t>
            </w:r>
          </w:p>
        </w:tc>
        <w:tc>
          <w:tcPr>
            <w:tcW w:w="691" w:type="dxa"/>
            <w:vAlign w:val="center"/>
          </w:tcPr>
          <w:p w14:paraId="4305ED02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180</w:t>
            </w:r>
          </w:p>
        </w:tc>
        <w:tc>
          <w:tcPr>
            <w:tcW w:w="691" w:type="dxa"/>
            <w:vAlign w:val="center"/>
          </w:tcPr>
          <w:p w14:paraId="5562336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195</w:t>
            </w:r>
          </w:p>
        </w:tc>
        <w:tc>
          <w:tcPr>
            <w:tcW w:w="691" w:type="dxa"/>
            <w:vAlign w:val="center"/>
          </w:tcPr>
          <w:p w14:paraId="335BC44D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210</w:t>
            </w:r>
          </w:p>
        </w:tc>
        <w:tc>
          <w:tcPr>
            <w:tcW w:w="691" w:type="dxa"/>
            <w:vAlign w:val="center"/>
          </w:tcPr>
          <w:p w14:paraId="6286806F" w14:textId="77777777" w:rsidR="0035173D" w:rsidRPr="00BA12B6" w:rsidRDefault="00907C7C">
            <w:pPr>
              <w:jc w:val="center"/>
              <w:rPr>
                <w:rFonts w:ascii="Latin Modern Math" w:hAnsi="Latin Modern Math" w:cs="Arial"/>
                <w:sz w:val="26"/>
                <w:szCs w:val="26"/>
              </w:rPr>
            </w:pPr>
            <w:r w:rsidRPr="00BA12B6">
              <w:rPr>
                <w:rFonts w:ascii="Latin Modern Math" w:hAnsi="Latin Modern Math" w:cs="Arial"/>
                <w:sz w:val="26"/>
                <w:szCs w:val="26"/>
              </w:rPr>
              <w:t>225</w:t>
            </w:r>
          </w:p>
        </w:tc>
      </w:tr>
    </w:tbl>
    <w:p w14:paraId="7DF5414C" w14:textId="77777777" w:rsidR="00600E3B" w:rsidRPr="00BA12B6" w:rsidRDefault="00600E3B">
      <w:pPr>
        <w:rPr>
          <w:rFonts w:ascii="Aptos Narrow" w:hAnsi="Aptos Narrow" w:cs="Arial"/>
          <w:sz w:val="14"/>
          <w:szCs w:val="14"/>
        </w:rPr>
      </w:pPr>
    </w:p>
    <w:sectPr w:rsidR="00600E3B" w:rsidRPr="00BA12B6" w:rsidSect="002644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3746969-BA23-4949-BC44-0266DE258F3F}"/>
    <w:embedBold r:id="rId2" w:fontKey="{009D02FB-4558-47BF-BBC3-8A8C8BC39855}"/>
    <w:embedItalic r:id="rId3" w:fontKey="{82D216A3-5C03-4677-9C81-E9436AEC9168}"/>
    <w:embedBoldItalic r:id="rId4" w:fontKey="{6B43A70C-4A09-48BE-A910-F34E7B6037A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F94212-D374-49C1-8BE3-1E14B9D038D0}"/>
    <w:embedBold r:id="rId6" w:fontKey="{2C3A77EF-DB26-48A9-ABAC-AB770C33A98C}"/>
    <w:embedItalic r:id="rId7" w:fontKey="{1412A601-2323-4D30-A7F1-D7BCF31C5A8C}"/>
    <w:embedBoldItalic r:id="rId8" w:fontKey="{88A28C4B-E336-4CFE-9BC6-7F71DDCC8A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2805AC56-BB0F-4161-99F8-B85143468ECF}"/>
    <w:embedBold r:id="rId10" w:fontKey="{61303108-2B5B-4946-B12F-98B440AB51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1" w:fontKey="{FE06CEE5-5C37-41ED-8B4C-0BD617F2D46B}"/>
    <w:embedBold r:id="rId12" w:fontKey="{96A09D17-4BEA-42EC-962F-FBD23A251BCE}"/>
  </w:font>
  <w:font w:name="Latin Modern Math">
    <w:altName w:val="Calibri"/>
    <w:charset w:val="00"/>
    <w:family w:val="auto"/>
    <w:pitch w:val="variable"/>
    <w:sig w:usb0="A00000EF" w:usb1="4201F9EE" w:usb2="02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666006">
    <w:abstractNumId w:val="8"/>
  </w:num>
  <w:num w:numId="2" w16cid:durableId="1266889650">
    <w:abstractNumId w:val="6"/>
  </w:num>
  <w:num w:numId="3" w16cid:durableId="1789085629">
    <w:abstractNumId w:val="5"/>
  </w:num>
  <w:num w:numId="4" w16cid:durableId="735979886">
    <w:abstractNumId w:val="4"/>
  </w:num>
  <w:num w:numId="5" w16cid:durableId="901058272">
    <w:abstractNumId w:val="7"/>
  </w:num>
  <w:num w:numId="6" w16cid:durableId="1154181711">
    <w:abstractNumId w:val="3"/>
  </w:num>
  <w:num w:numId="7" w16cid:durableId="1393844711">
    <w:abstractNumId w:val="2"/>
  </w:num>
  <w:num w:numId="8" w16cid:durableId="272251858">
    <w:abstractNumId w:val="1"/>
  </w:num>
  <w:num w:numId="9" w16cid:durableId="898592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4243"/>
    <w:rsid w:val="0015074B"/>
    <w:rsid w:val="00264411"/>
    <w:rsid w:val="00290F83"/>
    <w:rsid w:val="0029639D"/>
    <w:rsid w:val="002C7A54"/>
    <w:rsid w:val="0030371F"/>
    <w:rsid w:val="00326F90"/>
    <w:rsid w:val="0035173D"/>
    <w:rsid w:val="003E430B"/>
    <w:rsid w:val="0046671B"/>
    <w:rsid w:val="00514FD2"/>
    <w:rsid w:val="00600E3B"/>
    <w:rsid w:val="00623D0E"/>
    <w:rsid w:val="007714FF"/>
    <w:rsid w:val="00821A41"/>
    <w:rsid w:val="00AA1D8D"/>
    <w:rsid w:val="00B1488B"/>
    <w:rsid w:val="00B47730"/>
    <w:rsid w:val="00BA12B6"/>
    <w:rsid w:val="00C23EAC"/>
    <w:rsid w:val="00C946A4"/>
    <w:rsid w:val="00CB0664"/>
    <w:rsid w:val="00EE6D5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16AB5E"/>
  <w14:defaultImageDpi w14:val="330"/>
  <w15:docId w15:val="{E9CA0EE2-C7E5-4913-9D41-FD19F05F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46671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217</Words>
  <Characters>1239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Multiplication Chark Blank and Key </vt:lpstr>
    </vt:vector>
  </TitlesOfParts>
  <Manager/>
  <Company>ARCC</Company>
  <LinksUpToDate>false</LinksUpToDate>
  <CharactersWithSpaces>1454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Multiplication Chark Blank and Key </dc:title>
  <dc:subject>Math</dc:subject>
  <dc:creator>MSC Staff</dc:creator>
  <cp:keywords/>
  <dc:description>generated by python-docx</dc:description>
  <cp:lastModifiedBy>Trinh, Anh</cp:lastModifiedBy>
  <cp:revision>10</cp:revision>
  <cp:lastPrinted>2026-06-29T21:44:00Z</cp:lastPrinted>
  <dcterms:created xsi:type="dcterms:W3CDTF">2013-12-23T23:15:00Z</dcterms:created>
  <dcterms:modified xsi:type="dcterms:W3CDTF">2026-07-02T13:23:00Z</dcterms:modified>
  <cp:category/>
  <cp:contentStatus/>
</cp:coreProperties>
</file>